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dxa" w:w="10080"/>
        <w:jc w:val="lef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firstColumn="1" w:firstRow="1" w:lastColumn="0" w:lastRow="0" w:noHBand="0" w:noVBand="1" w:val="04A0"/>
      </w:tblPr>
      <w:tblGrid>
        <w:gridCol w:w="5760"/>
        <w:gridCol w:w="4320"/>
      </w:tblGrid>
      <w:tr>
        <w:trPr>
          <w:trHeight w:val="4320" w:hRule="exact"/>
        </w:trPr>
        <w:tc>
          <w:tcPr>
            <w:tcW w:type="dxa" w:w="5760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type="dxa" w:w="4320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right"/>
            </w:pPr>
            <w:r>
              <w:rPr>
                <w:b/>
              </w:rPr>
              <w:t>Your company name</w:t>
            </w:r>
          </w:p>
          <w:p>
            <w:pPr>
              <w:spacing w:before="0" w:after="0"/>
              <w:jc w:val="right"/>
            </w:pPr>
            <w:r>
              <w:rPr>
                <w:b w:val="0"/>
              </w:rPr>
              <w:t>123 Your Street</w:t>
            </w:r>
          </w:p>
          <w:p>
            <w:pPr>
              <w:spacing w:before="0" w:after="0"/>
              <w:jc w:val="right"/>
            </w:pPr>
            <w:r>
              <w:rPr>
                <w:b w:val="0"/>
              </w:rPr>
              <w:t>City, Province  A1A 1A1</w:t>
            </w:r>
          </w:p>
          <w:p>
            <w:pPr>
              <w:spacing w:before="0" w:after="0"/>
              <w:jc w:val="right"/>
            </w:pPr>
            <w:r>
              <w:rPr>
                <w:b w:val="0"/>
              </w:rPr>
              <w:t>phone | email</w:t>
            </w:r>
          </w:p>
        </w:tc>
      </w:tr>
    </w:tbl>
    <w:p>
      <w:pPr>
        <w:spacing w:before="120" w:after="440"/>
      </w:pPr>
      <w:r>
        <w:rPr>
          <w:b w:val="0"/>
        </w:rPr>
        <w:t>Month Day, Year</w:t>
      </w:r>
    </w:p>
    <w:p>
      <w:pPr>
        <w:spacing w:before="0" w:after="220"/>
      </w:pPr>
      <w:r>
        <w:rPr>
          <w:b w:val="0"/>
        </w:rPr>
        <w:t>Dear {{first_name}},</w:t>
      </w:r>
    </w:p>
    <w:p>
      <w:pPr>
        <w:spacing w:before="0" w:after="220"/>
      </w:pPr>
      <w:r>
        <w:rPr>
          <w:b w:val="0"/>
        </w:rPr>
        <w:t>This is a friendly reminder that your balance of {{amount_due}} is due on {{due_date}}. If you have already sent your payment, thank you, and please disregard this letter.</w:t>
      </w:r>
    </w:p>
    <w:p>
      <w:pPr>
        <w:spacing w:before="0" w:after="440"/>
      </w:pPr>
      <w:r>
        <w:rPr>
          <w:b w:val="0"/>
        </w:rPr>
        <w:t>If you have any questions about this balance, or would like to set up a payment plan, call or email us using the details at the top of this letter. Thank you for your business, {{first_name}}.</w:t>
      </w:r>
    </w:p>
    <w:p>
      <w:pPr>
        <w:spacing w:before="0" w:after="720"/>
      </w:pPr>
      <w:r>
        <w:rPr>
          <w:b w:val="0"/>
        </w:rPr>
        <w:t>Sincerely,</w:t>
      </w:r>
    </w:p>
    <w:p>
      <w:pPr>
        <w:spacing w:before="0" w:after="720"/>
      </w:pPr>
      <w:r>
        <w:rPr>
          <w:b w:val="0"/>
        </w:rPr>
        <w:t>Your name</w:t>
      </w:r>
    </w:p>
    <w:p>
      <w:pPr>
        <w:spacing w:before="0" w:after="0"/>
      </w:pPr>
      <w:r>
        <w:rPr>
          <w:b w:val="0"/>
          <w:color w:val="6B6B6B"/>
          <w:sz w:val="18"/>
        </w:rPr>
        <w:t>Keep the top-left area of the first page empty. We print the return and recipient addresses there, for a double-window envelope.</w:t>
      </w:r>
    </w:p>
    <w:sectPr w:rsidR="00FC693F" w:rsidRPr="0006063C" w:rsidSect="00034616">
      <w:pgSz w:w="12240" w:h="15840"/>
      <w:pgMar w:top="720" w:right="1080" w:bottom="1080" w:left="1080" w:header="432" w:footer="432" w:gutter="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Arial">
    <w:panose1 w:val="020B0604020202020204"/>
    <w:charset w:val="00"/>
    <w:family w:val="swiss"/>
    <w:pitch w:val="variable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hAnsi="Arial" w:eastAsia="Arial" w:cs="Arial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76" w:lineRule="auto"/>
    </w:pPr>
    <w:rPr>
      <w:rFonts w:ascii="Arial" w:hAnsi="Arial" w:eastAsia="Arial" w:cs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Bulk mailing starter template</dc:title>
  <dc:subject/>
  <dc:creator>Online-Post.ca</dc:creator>
  <cp:keywords/>
  <dc:description/>
  <cp:lastModifiedBy>Online-Post.ca</cp:lastModifiedBy>
  <cp:revision>1</cp:revision>
  <dcterms:created xsi:type="dcterms:W3CDTF">2026-11-03T12:00:00Z</dcterms:created>
  <dcterms:modified xsi:type="dcterms:W3CDTF">2026-11-03T12:00:00Z</dcterms:modified>
  <cp:category/>
</cp:coreProperties>
</file>